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6BE408" w14:textId="0427A891" w:rsidR="009902D7" w:rsidRDefault="00462011">
      <w:pPr>
        <w:pStyle w:val="Ttulo1"/>
      </w:pPr>
      <w:r>
        <w:t>Plantilla: Redefinición de Objetivos de Aprendizaje en la Era de la IA</w:t>
      </w:r>
    </w:p>
    <w:p w14:paraId="6D17D787" w14:textId="77777777" w:rsidR="009902D7" w:rsidRDefault="00462011">
      <w:pPr>
        <w:pStyle w:val="Ttulo2"/>
      </w:pPr>
      <w:r>
        <w:t>🧩</w:t>
      </w:r>
      <w:r>
        <w:t xml:space="preserve"> Role</w:t>
      </w:r>
    </w:p>
    <w:p w14:paraId="46B440F7" w14:textId="77777777" w:rsidR="009902D7" w:rsidRDefault="00462011">
      <w:r>
        <w:t xml:space="preserve">Eres un/a docente diseñador/a de aprendizaje que busca actualizar los objetivos educativos para que sean relevantes en la era digital. Tu meta es integrar la IA </w:t>
      </w:r>
      <w:r>
        <w:t>como aliada, no como sustituto, promoviendo el desarrollo de habilidades humanas de pensamiento crítico, creatividad, metacognición y ética.</w:t>
      </w:r>
    </w:p>
    <w:p w14:paraId="0C2D255E" w14:textId="77777777" w:rsidR="009902D7" w:rsidRDefault="00462011">
      <w:pPr>
        <w:pStyle w:val="Ttulo2"/>
      </w:pPr>
      <w:r>
        <w:t>🧭</w:t>
      </w:r>
      <w:r>
        <w:t xml:space="preserve"> PASO 1. Datos iniciales del objetivo tradicional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9902D7" w14:paraId="607F748A" w14:textId="77777777">
        <w:tc>
          <w:tcPr>
            <w:tcW w:w="4320" w:type="dxa"/>
          </w:tcPr>
          <w:p w14:paraId="3AFF2E43" w14:textId="77777777" w:rsidR="009902D7" w:rsidRDefault="00462011">
            <w:r>
              <w:t>🎯</w:t>
            </w:r>
            <w:r>
              <w:t xml:space="preserve"> Objetivo tradicional</w:t>
            </w:r>
          </w:p>
        </w:tc>
        <w:tc>
          <w:tcPr>
            <w:tcW w:w="4320" w:type="dxa"/>
          </w:tcPr>
          <w:p w14:paraId="6A9E9322" w14:textId="77777777" w:rsidR="009902D7" w:rsidRDefault="00462011">
            <w:r>
              <w:t>(Escribe aquí tu respuesta)</w:t>
            </w:r>
          </w:p>
        </w:tc>
      </w:tr>
      <w:tr w:rsidR="009902D7" w14:paraId="39899B91" w14:textId="77777777">
        <w:tc>
          <w:tcPr>
            <w:tcW w:w="4320" w:type="dxa"/>
          </w:tcPr>
          <w:p w14:paraId="14A6AF46" w14:textId="77777777" w:rsidR="009902D7" w:rsidRDefault="00462011">
            <w:r>
              <w:t>📚</w:t>
            </w:r>
            <w:r>
              <w:t xml:space="preserve"> Área o </w:t>
            </w:r>
            <w:r>
              <w:t>materia</w:t>
            </w:r>
          </w:p>
        </w:tc>
        <w:tc>
          <w:tcPr>
            <w:tcW w:w="4320" w:type="dxa"/>
          </w:tcPr>
          <w:p w14:paraId="599EBB70" w14:textId="77777777" w:rsidR="009902D7" w:rsidRDefault="00462011">
            <w:r>
              <w:t>(Escribe aquí tu respuesta)</w:t>
            </w:r>
          </w:p>
        </w:tc>
      </w:tr>
      <w:tr w:rsidR="009902D7" w14:paraId="6FC5867B" w14:textId="77777777">
        <w:tc>
          <w:tcPr>
            <w:tcW w:w="4320" w:type="dxa"/>
          </w:tcPr>
          <w:p w14:paraId="6F21E862" w14:textId="77777777" w:rsidR="009902D7" w:rsidRDefault="00462011">
            <w:r>
              <w:t>👩</w:t>
            </w:r>
            <w:r>
              <w:t>‍</w:t>
            </w:r>
            <w:r>
              <w:t>🏫</w:t>
            </w:r>
            <w:r>
              <w:t xml:space="preserve"> Nivel educativo</w:t>
            </w:r>
          </w:p>
        </w:tc>
        <w:tc>
          <w:tcPr>
            <w:tcW w:w="4320" w:type="dxa"/>
          </w:tcPr>
          <w:p w14:paraId="02DCE839" w14:textId="77777777" w:rsidR="009902D7" w:rsidRDefault="00462011">
            <w:r>
              <w:t>(Escribe aquí tu respuesta)</w:t>
            </w:r>
          </w:p>
        </w:tc>
      </w:tr>
      <w:tr w:rsidR="009902D7" w14:paraId="33412B7F" w14:textId="77777777">
        <w:tc>
          <w:tcPr>
            <w:tcW w:w="4320" w:type="dxa"/>
          </w:tcPr>
          <w:p w14:paraId="07C50A3C" w14:textId="77777777" w:rsidR="009902D7" w:rsidRDefault="00462011">
            <w:r>
              <w:t>🧠</w:t>
            </w:r>
            <w:r>
              <w:t xml:space="preserve"> Verbo principal</w:t>
            </w:r>
          </w:p>
        </w:tc>
        <w:tc>
          <w:tcPr>
            <w:tcW w:w="4320" w:type="dxa"/>
          </w:tcPr>
          <w:p w14:paraId="2D26596B" w14:textId="77777777" w:rsidR="009902D7" w:rsidRDefault="00462011">
            <w:r>
              <w:t>(Escribe aquí tu respuesta)</w:t>
            </w:r>
          </w:p>
        </w:tc>
      </w:tr>
      <w:tr w:rsidR="009902D7" w14:paraId="2364711B" w14:textId="77777777">
        <w:tc>
          <w:tcPr>
            <w:tcW w:w="4320" w:type="dxa"/>
          </w:tcPr>
          <w:p w14:paraId="662E87DE" w14:textId="77777777" w:rsidR="009902D7" w:rsidRDefault="00462011">
            <w:r>
              <w:t>🎨</w:t>
            </w:r>
            <w:r>
              <w:t xml:space="preserve"> Tipo de habilidad esperada</w:t>
            </w:r>
          </w:p>
        </w:tc>
        <w:tc>
          <w:tcPr>
            <w:tcW w:w="4320" w:type="dxa"/>
          </w:tcPr>
          <w:p w14:paraId="221F3C99" w14:textId="77777777" w:rsidR="009902D7" w:rsidRDefault="00462011">
            <w:r>
              <w:t>(Escribe aquí tu respuesta)</w:t>
            </w:r>
          </w:p>
        </w:tc>
      </w:tr>
      <w:tr w:rsidR="009902D7" w14:paraId="45CCFFD8" w14:textId="77777777">
        <w:tc>
          <w:tcPr>
            <w:tcW w:w="4320" w:type="dxa"/>
          </w:tcPr>
          <w:p w14:paraId="5F53E323" w14:textId="77777777" w:rsidR="009902D7" w:rsidRDefault="00462011">
            <w:r>
              <w:t>⚙</w:t>
            </w:r>
            <w:r>
              <w:t>️</w:t>
            </w:r>
            <w:r>
              <w:t xml:space="preserve"> Producto o evidencia esperada</w:t>
            </w:r>
          </w:p>
        </w:tc>
        <w:tc>
          <w:tcPr>
            <w:tcW w:w="4320" w:type="dxa"/>
          </w:tcPr>
          <w:p w14:paraId="303D96C0" w14:textId="77777777" w:rsidR="009902D7" w:rsidRDefault="00462011">
            <w:r>
              <w:t>(Escribe aquí tu respuesta)</w:t>
            </w:r>
          </w:p>
        </w:tc>
      </w:tr>
      <w:tr w:rsidR="009902D7" w14:paraId="4C69670D" w14:textId="77777777">
        <w:tc>
          <w:tcPr>
            <w:tcW w:w="4320" w:type="dxa"/>
          </w:tcPr>
          <w:p w14:paraId="647FCEDE" w14:textId="77777777" w:rsidR="009902D7" w:rsidRDefault="009902D7"/>
        </w:tc>
        <w:tc>
          <w:tcPr>
            <w:tcW w:w="4320" w:type="dxa"/>
          </w:tcPr>
          <w:p w14:paraId="16300CD8" w14:textId="77777777" w:rsidR="009902D7" w:rsidRDefault="009902D7"/>
        </w:tc>
      </w:tr>
    </w:tbl>
    <w:p w14:paraId="02A33A7D" w14:textId="77777777" w:rsidR="009902D7" w:rsidRDefault="00462011">
      <w:pPr>
        <w:pStyle w:val="Ttulo2"/>
      </w:pPr>
      <w:r>
        <w:t>🧠</w:t>
      </w:r>
      <w:r>
        <w:t xml:space="preserve"> PASO 2. Análisis según la Taxonomía de Bloom revisada</w:t>
      </w:r>
    </w:p>
    <w:p w14:paraId="4B077BF1" w14:textId="77777777" w:rsidR="009902D7" w:rsidRDefault="00462011">
      <w:r>
        <w:t>1. Identifica el nivel cognitivo actual del verbo del objetivo.</w:t>
      </w:r>
      <w:r>
        <w:br/>
        <w:t xml:space="preserve">   - Recordar / Comprender / Aplicar / Analizar / Evaluar / Crear</w:t>
      </w:r>
      <w:r>
        <w:br/>
        <w:t>2. Pregunta: ¿Puede la IA cumplir este objetivo con más del 80 %</w:t>
      </w:r>
      <w:r>
        <w:t xml:space="preserve"> de precisión en pocos segundos?</w:t>
      </w:r>
      <w:r>
        <w:br/>
        <w:t xml:space="preserve">   - ✅ Sí: Eleva el nivel uno o dos niveles (Analizar, Evaluar, Crear).</w:t>
      </w:r>
      <w:r>
        <w:br/>
        <w:t xml:space="preserve">   - ❌ No: Mantén el nivel, pero añade un componente metacognitivo, ético o contextual.</w:t>
      </w:r>
      <w:r>
        <w:br/>
        <w:t>3. Piensa: ¿Qué parte del proceso debería seguir siendo exclusi</w:t>
      </w:r>
      <w:r>
        <w:t>va del pensamiento humano?</w:t>
      </w:r>
    </w:p>
    <w:p w14:paraId="792A9EAC" w14:textId="77777777" w:rsidR="009902D7" w:rsidRDefault="00462011">
      <w:pPr>
        <w:pStyle w:val="Ttulo2"/>
      </w:pPr>
      <w:r>
        <w:t>💡</w:t>
      </w:r>
      <w:r>
        <w:t xml:space="preserve"> PASO 3. Redefinición del objetivo</w:t>
      </w:r>
    </w:p>
    <w:p w14:paraId="73162052" w14:textId="77777777" w:rsidR="009902D7" w:rsidRDefault="00462011">
      <w:r>
        <w:t>Nuevo objetivo de aprendizaje (redefinido):</w:t>
      </w:r>
    </w:p>
    <w:p w14:paraId="32E2E319" w14:textId="77777777" w:rsidR="009902D7" w:rsidRDefault="00462011">
      <w:pPr>
        <w:pStyle w:val="Listaconvietas"/>
      </w:pPr>
      <w:r>
        <w:t>(Escribe aquí la versión optimizada del objetivo para la era digital)</w:t>
      </w:r>
    </w:p>
    <w:p w14:paraId="452F12EB" w14:textId="77777777" w:rsidR="009902D7" w:rsidRDefault="00462011">
      <w:r>
        <w:t>Producto o evidencia esperada:</w:t>
      </w:r>
    </w:p>
    <w:p w14:paraId="39F59D3C" w14:textId="77777777" w:rsidR="009902D7" w:rsidRDefault="00462011">
      <w:pPr>
        <w:pStyle w:val="Listaconvietas"/>
      </w:pPr>
      <w:r>
        <w:t>(Describe el resultado tangible del aprendizaje</w:t>
      </w:r>
      <w:r>
        <w:t>)</w:t>
      </w:r>
    </w:p>
    <w:p w14:paraId="1E9DD4CD" w14:textId="77777777" w:rsidR="009902D7" w:rsidRDefault="00462011">
      <w:r>
        <w:t>Uso pedagógico de la IA:</w:t>
      </w:r>
    </w:p>
    <w:p w14:paraId="27F97352" w14:textId="77777777" w:rsidR="009902D7" w:rsidRDefault="00462011">
      <w:pPr>
        <w:pStyle w:val="Listaconvietas"/>
      </w:pPr>
      <w:r>
        <w:lastRenderedPageBreak/>
        <w:t>(Explica cómo se integrará la IA en la actividad: como apoyo, contraste o fuente de datos)</w:t>
      </w:r>
    </w:p>
    <w:p w14:paraId="27C9E922" w14:textId="77777777" w:rsidR="009902D7" w:rsidRDefault="00462011">
      <w:pPr>
        <w:pStyle w:val="Ttulo2"/>
      </w:pPr>
      <w:r>
        <w:t>📏</w:t>
      </w:r>
      <w:r>
        <w:t xml:space="preserve"> PASO 4. Rúbrica “a prueba de IA” personalizada</w:t>
      </w:r>
    </w:p>
    <w:p w14:paraId="080176C0" w14:textId="77777777" w:rsidR="009902D7" w:rsidRDefault="00462011">
      <w:r>
        <w:t>Instrucciones: Genera criterios contextualizados según el área, el verbo del nuevo objet</w:t>
      </w:r>
      <w:r>
        <w:t>ivo y el producto. Personaliza los descriptores en cada dimensión y evita frases genéricas.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  <w:gridCol w:w="1728"/>
      </w:tblGrid>
      <w:tr w:rsidR="009902D7" w14:paraId="292E9927" w14:textId="77777777">
        <w:tc>
          <w:tcPr>
            <w:tcW w:w="1728" w:type="dxa"/>
          </w:tcPr>
          <w:p w14:paraId="3B355C79" w14:textId="77777777" w:rsidR="009902D7" w:rsidRDefault="00462011">
            <w:r>
              <w:t>Dimensión</w:t>
            </w:r>
          </w:p>
        </w:tc>
        <w:tc>
          <w:tcPr>
            <w:tcW w:w="1728" w:type="dxa"/>
          </w:tcPr>
          <w:p w14:paraId="092954B1" w14:textId="77777777" w:rsidR="009902D7" w:rsidRDefault="00462011">
            <w:r>
              <w:t>Nivel 4 (Excelente)</w:t>
            </w:r>
          </w:p>
        </w:tc>
        <w:tc>
          <w:tcPr>
            <w:tcW w:w="1728" w:type="dxa"/>
          </w:tcPr>
          <w:p w14:paraId="11A2CFC3" w14:textId="77777777" w:rsidR="009902D7" w:rsidRDefault="00462011">
            <w:r>
              <w:t>Nivel 3 (Bueno)</w:t>
            </w:r>
          </w:p>
        </w:tc>
        <w:tc>
          <w:tcPr>
            <w:tcW w:w="1728" w:type="dxa"/>
          </w:tcPr>
          <w:p w14:paraId="2E092DEE" w14:textId="77777777" w:rsidR="009902D7" w:rsidRDefault="00462011">
            <w:r>
              <w:t>Nivel 2 (Básico)</w:t>
            </w:r>
          </w:p>
        </w:tc>
        <w:tc>
          <w:tcPr>
            <w:tcW w:w="1728" w:type="dxa"/>
          </w:tcPr>
          <w:p w14:paraId="3133BEE1" w14:textId="77777777" w:rsidR="009902D7" w:rsidRDefault="00462011">
            <w:r>
              <w:t>Nivel 1 (Inicial)</w:t>
            </w:r>
          </w:p>
        </w:tc>
      </w:tr>
      <w:tr w:rsidR="009902D7" w14:paraId="5BB87959" w14:textId="77777777">
        <w:tc>
          <w:tcPr>
            <w:tcW w:w="1728" w:type="dxa"/>
          </w:tcPr>
          <w:p w14:paraId="7BB637B8" w14:textId="77777777" w:rsidR="009902D7" w:rsidRDefault="00462011">
            <w:r>
              <w:t>Originalidad</w:t>
            </w:r>
          </w:p>
        </w:tc>
        <w:tc>
          <w:tcPr>
            <w:tcW w:w="1728" w:type="dxa"/>
          </w:tcPr>
          <w:p w14:paraId="188483C9" w14:textId="77777777" w:rsidR="009902D7" w:rsidRDefault="00462011">
            <w:r>
              <w:t>(Define criterios específicos para esta dimensión)</w:t>
            </w:r>
          </w:p>
        </w:tc>
        <w:tc>
          <w:tcPr>
            <w:tcW w:w="1728" w:type="dxa"/>
          </w:tcPr>
          <w:p w14:paraId="2EC065E6" w14:textId="77777777" w:rsidR="009902D7" w:rsidRDefault="00462011">
            <w:r>
              <w:t xml:space="preserve">(Define </w:t>
            </w:r>
            <w:r>
              <w:t>criterios específicos para esta dimensión)</w:t>
            </w:r>
          </w:p>
        </w:tc>
        <w:tc>
          <w:tcPr>
            <w:tcW w:w="1728" w:type="dxa"/>
          </w:tcPr>
          <w:p w14:paraId="26120505" w14:textId="77777777" w:rsidR="009902D7" w:rsidRDefault="00462011">
            <w:r>
              <w:t>(Define criterios específicos para esta dimensión)</w:t>
            </w:r>
          </w:p>
        </w:tc>
        <w:tc>
          <w:tcPr>
            <w:tcW w:w="1728" w:type="dxa"/>
          </w:tcPr>
          <w:p w14:paraId="1C5749D7" w14:textId="77777777" w:rsidR="009902D7" w:rsidRDefault="00462011">
            <w:r>
              <w:t>(Define criterios específicos para esta dimensión)</w:t>
            </w:r>
          </w:p>
        </w:tc>
      </w:tr>
      <w:tr w:rsidR="009902D7" w14:paraId="7633F45E" w14:textId="77777777">
        <w:tc>
          <w:tcPr>
            <w:tcW w:w="1728" w:type="dxa"/>
          </w:tcPr>
          <w:p w14:paraId="4F1426AB" w14:textId="77777777" w:rsidR="009902D7" w:rsidRDefault="00462011">
            <w:r>
              <w:t>Razonamiento Ético</w:t>
            </w:r>
          </w:p>
        </w:tc>
        <w:tc>
          <w:tcPr>
            <w:tcW w:w="1728" w:type="dxa"/>
          </w:tcPr>
          <w:p w14:paraId="531C5812" w14:textId="77777777" w:rsidR="009902D7" w:rsidRDefault="00462011">
            <w:r>
              <w:t>(Define criterios específicos para esta dimensión)</w:t>
            </w:r>
          </w:p>
        </w:tc>
        <w:tc>
          <w:tcPr>
            <w:tcW w:w="1728" w:type="dxa"/>
          </w:tcPr>
          <w:p w14:paraId="016B7E3D" w14:textId="77777777" w:rsidR="009902D7" w:rsidRDefault="00462011">
            <w:r>
              <w:t xml:space="preserve">(Define criterios específicos para esta </w:t>
            </w:r>
            <w:r>
              <w:t>dimensión)</w:t>
            </w:r>
          </w:p>
        </w:tc>
        <w:tc>
          <w:tcPr>
            <w:tcW w:w="1728" w:type="dxa"/>
          </w:tcPr>
          <w:p w14:paraId="13D69985" w14:textId="77777777" w:rsidR="009902D7" w:rsidRDefault="00462011">
            <w:r>
              <w:t>(Define criterios específicos para esta dimensión)</w:t>
            </w:r>
          </w:p>
        </w:tc>
        <w:tc>
          <w:tcPr>
            <w:tcW w:w="1728" w:type="dxa"/>
          </w:tcPr>
          <w:p w14:paraId="2ACC2F01" w14:textId="77777777" w:rsidR="009902D7" w:rsidRDefault="00462011">
            <w:r>
              <w:t>(Define criterios específicos para esta dimensión)</w:t>
            </w:r>
          </w:p>
        </w:tc>
      </w:tr>
      <w:tr w:rsidR="009902D7" w14:paraId="229D8BD2" w14:textId="77777777">
        <w:tc>
          <w:tcPr>
            <w:tcW w:w="1728" w:type="dxa"/>
          </w:tcPr>
          <w:p w14:paraId="4232A8C8" w14:textId="77777777" w:rsidR="009902D7" w:rsidRDefault="00462011">
            <w:r>
              <w:t>Metacognición</w:t>
            </w:r>
          </w:p>
        </w:tc>
        <w:tc>
          <w:tcPr>
            <w:tcW w:w="1728" w:type="dxa"/>
          </w:tcPr>
          <w:p w14:paraId="2C81CECF" w14:textId="77777777" w:rsidR="009902D7" w:rsidRDefault="00462011">
            <w:r>
              <w:t>(Define criterios específicos para esta dimensión)</w:t>
            </w:r>
          </w:p>
        </w:tc>
        <w:tc>
          <w:tcPr>
            <w:tcW w:w="1728" w:type="dxa"/>
          </w:tcPr>
          <w:p w14:paraId="0AE79FFD" w14:textId="77777777" w:rsidR="009902D7" w:rsidRDefault="00462011">
            <w:r>
              <w:t>(Define criterios específicos para esta dimensión)</w:t>
            </w:r>
          </w:p>
        </w:tc>
        <w:tc>
          <w:tcPr>
            <w:tcW w:w="1728" w:type="dxa"/>
          </w:tcPr>
          <w:p w14:paraId="72F156A4" w14:textId="77777777" w:rsidR="009902D7" w:rsidRDefault="00462011">
            <w:r>
              <w:t>(Define criterios específi</w:t>
            </w:r>
            <w:r>
              <w:t>cos para esta dimensión)</w:t>
            </w:r>
          </w:p>
        </w:tc>
        <w:tc>
          <w:tcPr>
            <w:tcW w:w="1728" w:type="dxa"/>
          </w:tcPr>
          <w:p w14:paraId="2F95D873" w14:textId="77777777" w:rsidR="009902D7" w:rsidRDefault="00462011">
            <w:r>
              <w:t>(Define criterios específicos para esta dimensión)</w:t>
            </w:r>
          </w:p>
        </w:tc>
      </w:tr>
      <w:tr w:rsidR="009902D7" w14:paraId="016D18EB" w14:textId="77777777">
        <w:tc>
          <w:tcPr>
            <w:tcW w:w="1728" w:type="dxa"/>
          </w:tcPr>
          <w:p w14:paraId="1109BB2D" w14:textId="77777777" w:rsidR="009902D7" w:rsidRDefault="00462011">
            <w:r>
              <w:t>Transferencia</w:t>
            </w:r>
          </w:p>
        </w:tc>
        <w:tc>
          <w:tcPr>
            <w:tcW w:w="1728" w:type="dxa"/>
          </w:tcPr>
          <w:p w14:paraId="3D5E768E" w14:textId="77777777" w:rsidR="009902D7" w:rsidRDefault="00462011">
            <w:r>
              <w:t>(Define criterios específicos para esta dimensión)</w:t>
            </w:r>
          </w:p>
        </w:tc>
        <w:tc>
          <w:tcPr>
            <w:tcW w:w="1728" w:type="dxa"/>
          </w:tcPr>
          <w:p w14:paraId="6BF6EAD1" w14:textId="77777777" w:rsidR="009902D7" w:rsidRDefault="00462011">
            <w:r>
              <w:t>(Define criterios específicos para esta dimensión)</w:t>
            </w:r>
          </w:p>
        </w:tc>
        <w:tc>
          <w:tcPr>
            <w:tcW w:w="1728" w:type="dxa"/>
          </w:tcPr>
          <w:p w14:paraId="7A9B4DD5" w14:textId="77777777" w:rsidR="009902D7" w:rsidRDefault="00462011">
            <w:r>
              <w:t>(Define criterios específicos para esta dimensión)</w:t>
            </w:r>
          </w:p>
        </w:tc>
        <w:tc>
          <w:tcPr>
            <w:tcW w:w="1728" w:type="dxa"/>
          </w:tcPr>
          <w:p w14:paraId="3305D299" w14:textId="77777777" w:rsidR="009902D7" w:rsidRDefault="00462011">
            <w:r>
              <w:t>(Define criterios específicos para esta dimensión)</w:t>
            </w:r>
          </w:p>
        </w:tc>
      </w:tr>
    </w:tbl>
    <w:p w14:paraId="5161A0F9" w14:textId="77777777" w:rsidR="009902D7" w:rsidRDefault="00462011">
      <w:pPr>
        <w:pStyle w:val="Ttulo2"/>
      </w:pPr>
      <w:r>
        <w:t>🧾</w:t>
      </w:r>
      <w:r>
        <w:t xml:space="preserve"> PASO 5. Argumentación pedagógica</w:t>
      </w:r>
    </w:p>
    <w:p w14:paraId="296953BD" w14:textId="77777777" w:rsidR="009902D7" w:rsidRDefault="00462011">
      <w:r>
        <w:t>Explica brevemente los criterios que usaste para redefinir el objetivo:</w:t>
      </w:r>
      <w:r>
        <w:br/>
        <w:t>- Nivel Bloom aumentado: (Ejemplo: se pasó de “comprender” a “evaluar” para promover pensamiento</w:t>
      </w:r>
      <w:r>
        <w:t xml:space="preserve"> crítico.)</w:t>
      </w:r>
      <w:r>
        <w:br/>
        <w:t>- Aplicación de la regla de oro: (Describe cómo se decidió qué parte hace la IA y qué parte hace el estudiante.)</w:t>
      </w:r>
      <w:r>
        <w:br/>
        <w:t>- Giro humano añadido: (Indica la dimensión ética, emocional, creativa o contextual que se incorporó.)</w:t>
      </w:r>
      <w:r>
        <w:br/>
        <w:t>- Razonamiento detrás de la r</w:t>
      </w:r>
      <w:r>
        <w:t>úbrica: (Cómo los criterios reflejan aprendizaje auténtico, pensamiento de orden superior y uso ético de IA.)</w:t>
      </w:r>
    </w:p>
    <w:p w14:paraId="48BE5273" w14:textId="77777777" w:rsidR="009902D7" w:rsidRDefault="00462011">
      <w:pPr>
        <w:pStyle w:val="Ttulo2"/>
      </w:pPr>
      <w:r>
        <w:lastRenderedPageBreak/>
        <w:t>🧭</w:t>
      </w:r>
      <w:r>
        <w:t xml:space="preserve"> PASO 6. Reflexión final del docente</w:t>
      </w:r>
    </w:p>
    <w:p w14:paraId="486DE8FB" w14:textId="77777777" w:rsidR="009902D7" w:rsidRDefault="00462011">
      <w:r>
        <w:t>¿Qué aprendiste al rediseñar este objetivo?</w:t>
      </w:r>
      <w:r>
        <w:br/>
        <w:t xml:space="preserve">(Anota tus observaciones sobre cómo cambió el enfoque, la </w:t>
      </w:r>
      <w:r>
        <w:t>evaluación o el rol del estudiante.)</w:t>
      </w:r>
    </w:p>
    <w:sectPr w:rsidR="009902D7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62011"/>
    <w:rsid w:val="009902D7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7747A44"/>
  <w14:defaultImageDpi w14:val="300"/>
  <w15:docId w15:val="{BBE1C31A-ACD6-4885-9432-639195948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550</Words>
  <Characters>3027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3570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Gesvin Romero M.</cp:lastModifiedBy>
  <cp:revision>2</cp:revision>
  <dcterms:created xsi:type="dcterms:W3CDTF">2013-12-23T23:15:00Z</dcterms:created>
  <dcterms:modified xsi:type="dcterms:W3CDTF">2025-11-07T12:44:00Z</dcterms:modified>
  <cp:category/>
</cp:coreProperties>
</file>